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DMTitle"/>
        <w:jc w:val="center"/>
      </w:pPr>
      <w:r>
        <w:t>7-DAY FOOD, LIFESTYLE</w:t>
        <w:br/>
        <w:t>&amp; SYSTEMS REVIEW</w:t>
      </w:r>
    </w:p>
    <w:p>
      <w:pPr>
        <w:jc w:val="center"/>
      </w:pPr>
      <w:r>
        <w:rPr>
          <w:i/>
          <w:color w:val="666666"/>
          <w:sz w:val="20"/>
        </w:rPr>
        <w:t>Understand patterns before making recommendations.</w:t>
      </w:r>
    </w:p>
    <w:p>
      <w:pPr>
        <w:jc w:val="center"/>
      </w:pPr>
      <w:r>
        <w:t>Record food, beverages, hydration, digestion, sleep, and symptoms as accurately as possible. This worksheet is designed to help identify patterns worth discussing during your Daymaker Wellness review.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36"/>
        <w:gridCol w:w="2736"/>
        <w:gridCol w:w="2736"/>
        <w:gridCol w:w="2736"/>
      </w:tblGrid>
      <w:tr>
        <w:tc>
          <w:tcPr>
            <w:tcW w:type="dxa" w:w="2736"/>
            <w:tcMar>
              <w:top w:w="60" w:type="dxa"/>
              <w:start w:w="70" w:type="dxa"/>
              <w:bottom w:w="60" w:type="dxa"/>
              <w:end w:w="70" w:type="dxa"/>
            </w:tcMar>
            <w:shd w:fill="E9F0EC"/>
          </w:tcPr>
          <w:p>
            <w:r>
              <w:rPr>
                <w:b/>
              </w:rPr>
              <w:t xml:space="preserve">Name: </w:t>
            </w:r>
            <w:r>
              <w:t>________________</w:t>
            </w:r>
          </w:p>
        </w:tc>
        <w:tc>
          <w:tcPr>
            <w:tcW w:type="dxa" w:w="2736"/>
            <w:tcMar>
              <w:top w:w="60" w:type="dxa"/>
              <w:start w:w="70" w:type="dxa"/>
              <w:bottom w:w="60" w:type="dxa"/>
              <w:end w:w="70" w:type="dxa"/>
            </w:tcMar>
            <w:shd w:fill="E9F0EC"/>
          </w:tcPr>
          <w:p>
            <w:r>
              <w:rPr>
                <w:b/>
              </w:rPr>
              <w:t xml:space="preserve">Date Started: </w:t>
            </w:r>
            <w:r>
              <w:t>________________</w:t>
            </w:r>
          </w:p>
        </w:tc>
        <w:tc>
          <w:tcPr>
            <w:tcW w:type="dxa" w:w="2736"/>
            <w:tcMar>
              <w:top w:w="60" w:type="dxa"/>
              <w:start w:w="70" w:type="dxa"/>
              <w:bottom w:w="60" w:type="dxa"/>
              <w:end w:w="70" w:type="dxa"/>
            </w:tcMar>
            <w:shd w:fill="E9F0EC"/>
          </w:tcPr>
          <w:p>
            <w:r>
              <w:rPr>
                <w:b/>
              </w:rPr>
              <w:t xml:space="preserve">Approx. Weight: </w:t>
            </w:r>
            <w:r>
              <w:t>________________</w:t>
            </w:r>
          </w:p>
        </w:tc>
        <w:tc>
          <w:tcPr>
            <w:tcW w:type="dxa" w:w="2736"/>
            <w:tcMar>
              <w:top w:w="60" w:type="dxa"/>
              <w:start w:w="70" w:type="dxa"/>
              <w:bottom w:w="60" w:type="dxa"/>
              <w:end w:w="70" w:type="dxa"/>
            </w:tcMar>
            <w:shd w:fill="E9F0EC"/>
          </w:tcPr>
          <w:p>
            <w:r>
              <w:rPr>
                <w:b/>
              </w:rPr>
              <w:t xml:space="preserve">Primary Goal: </w:t>
            </w:r>
            <w:r>
              <w:t>________________</w:t>
            </w:r>
          </w:p>
        </w:tc>
      </w:tr>
      <w:tr>
        <w:tc>
          <w:tcPr>
            <w:tcW w:type="dxa" w:w="2736"/>
            <w:tcMar>
              <w:top w:w="60" w:type="dxa"/>
              <w:start w:w="70" w:type="dxa"/>
              <w:bottom w:w="60" w:type="dxa"/>
              <w:end w:w="70" w:type="dxa"/>
            </w:tcMar>
            <w:shd w:fill="E9F0EC"/>
          </w:tcPr>
          <w:p>
            <w:r>
              <w:rPr>
                <w:b/>
              </w:rPr>
              <w:t xml:space="preserve">Diet Pattern: </w:t>
            </w:r>
            <w:r>
              <w:t>________________</w:t>
            </w:r>
          </w:p>
        </w:tc>
        <w:tc>
          <w:tcPr>
            <w:tcW w:type="dxa" w:w="2736"/>
            <w:tcMar>
              <w:top w:w="60" w:type="dxa"/>
              <w:start w:w="70" w:type="dxa"/>
              <w:bottom w:w="60" w:type="dxa"/>
              <w:end w:w="70" w:type="dxa"/>
            </w:tcMar>
            <w:shd w:fill="E9F0EC"/>
          </w:tcPr>
          <w:p>
            <w:r>
              <w:rPr>
                <w:b/>
              </w:rPr>
              <w:t xml:space="preserve">Medications: </w:t>
            </w:r>
            <w:r>
              <w:t>________________</w:t>
            </w:r>
          </w:p>
        </w:tc>
        <w:tc>
          <w:tcPr>
            <w:tcW w:type="dxa" w:w="2736"/>
            <w:tcMar>
              <w:top w:w="60" w:type="dxa"/>
              <w:start w:w="70" w:type="dxa"/>
              <w:bottom w:w="60" w:type="dxa"/>
              <w:end w:w="70" w:type="dxa"/>
            </w:tcMar>
            <w:shd w:fill="E9F0EC"/>
          </w:tcPr>
          <w:p>
            <w:r>
              <w:rPr>
                <w:b/>
              </w:rPr>
              <w:t xml:space="preserve">Supplements: </w:t>
            </w:r>
            <w:r>
              <w:t>________________</w:t>
            </w:r>
          </w:p>
        </w:tc>
        <w:tc>
          <w:tcPr>
            <w:tcW w:type="dxa" w:w="2736"/>
            <w:tcMar>
              <w:top w:w="60" w:type="dxa"/>
              <w:start w:w="70" w:type="dxa"/>
              <w:bottom w:w="60" w:type="dxa"/>
              <w:end w:w="70" w:type="dxa"/>
            </w:tcMar>
            <w:shd w:fill="E9F0EC"/>
          </w:tcPr>
          <w:p>
            <w:r>
              <w:rPr>
                <w:b/>
              </w:rPr>
              <w:t xml:space="preserve">Practitioner: </w:t>
            </w:r>
            <w:r>
              <w:t>________________</w:t>
            </w:r>
          </w:p>
        </w:tc>
      </w:tr>
    </w:tbl>
    <w:p/>
    <w:p>
      <w:pPr>
        <w:pStyle w:val="DMHeading"/>
        <w:spacing w:before="60" w:after="60"/>
      </w:pPr>
      <w:r>
        <w:t>DAY 1  |  Date: 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28"/>
        <w:gridCol w:w="3528"/>
        <w:gridCol w:w="3528"/>
      </w:tblGrid>
      <w:tr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BREAKFAST / MORNING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LUNCH / MIDDAY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DINNER / EVENING</w:t>
            </w:r>
          </w:p>
        </w:tc>
      </w:tr>
      <w:tr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Protein / dairy:</w:t>
              <w:br/>
              <w:t>____________________</w:t>
              <w:br/>
              <w:t>Vegetables / fruit:</w:t>
              <w:br/>
              <w:t>____________________</w:t>
              <w:br/>
              <w:t>Grains / starches:</w:t>
              <w:br/>
              <w:t>____________________</w:t>
              <w:br/>
              <w:t>Fats / oils:</w:t>
              <w:br/>
              <w:t>____________________</w:t>
              <w:br/>
              <w:t>Other / sweets: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Midday snack:</w:t>
              <w:br/>
              <w:t>____________________</w:t>
              <w:br/>
              <w:t>Water / other drinks:</w:t>
              <w:br/>
              <w:t>____________________</w:t>
              <w:br/>
              <w:t>Energy / cravings: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Night snack:</w:t>
              <w:br/>
              <w:t>____________________</w:t>
              <w:br/>
              <w:t>Bowel movements:</w:t>
              <w:br/>
              <w:t>____________________</w:t>
              <w:br/>
              <w:t>Sleep hours: ________</w:t>
              <w:br/>
              <w:t>Sleep quality 1 2 3 4 5</w:t>
            </w:r>
          </w:p>
        </w:tc>
      </w:tr>
    </w:tbl>
    <w:p>
      <w:pPr>
        <w:spacing w:after="40"/>
      </w:pPr>
      <w:r>
        <w:rPr>
          <w:b/>
        </w:rPr>
        <w:t xml:space="preserve">Notes / symptoms / reactions: </w:t>
      </w: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________________________________________________________________________________________________________</w:t>
      </w:r>
    </w:p>
    <w:p>
      <w:pPr>
        <w:pStyle w:val="DMHeading"/>
        <w:spacing w:before="60" w:after="60"/>
      </w:pPr>
      <w:r>
        <w:t>DAY 2  |  Date: 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28"/>
        <w:gridCol w:w="3528"/>
        <w:gridCol w:w="3528"/>
      </w:tblGrid>
      <w:tr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BREAKFAST / MORNING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LUNCH / MIDDAY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DINNER / EVENING</w:t>
            </w:r>
          </w:p>
        </w:tc>
      </w:tr>
      <w:tr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Protein / dairy:</w:t>
              <w:br/>
              <w:t>____________________</w:t>
              <w:br/>
              <w:t>Vegetables / fruit:</w:t>
              <w:br/>
              <w:t>____________________</w:t>
              <w:br/>
              <w:t>Grains / starches:</w:t>
              <w:br/>
              <w:t>____________________</w:t>
              <w:br/>
              <w:t>Fats / oils:</w:t>
              <w:br/>
              <w:t>____________________</w:t>
              <w:br/>
              <w:t>Other / sweets: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Midday snack:</w:t>
              <w:br/>
              <w:t>____________________</w:t>
              <w:br/>
              <w:t>Water / other drinks:</w:t>
              <w:br/>
              <w:t>____________________</w:t>
              <w:br/>
              <w:t>Energy / cravings: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Night snack:</w:t>
              <w:br/>
              <w:t>____________________</w:t>
              <w:br/>
              <w:t>Bowel movements:</w:t>
              <w:br/>
              <w:t>____________________</w:t>
              <w:br/>
              <w:t>Sleep hours: ________</w:t>
              <w:br/>
              <w:t>Sleep quality 1 2 3 4 5</w:t>
            </w:r>
          </w:p>
        </w:tc>
      </w:tr>
    </w:tbl>
    <w:p>
      <w:pPr>
        <w:spacing w:after="40"/>
      </w:pPr>
      <w:r>
        <w:rPr>
          <w:b/>
        </w:rPr>
        <w:t xml:space="preserve">Notes / symptoms / reactions: </w:t>
      </w: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________________________________________________________________________________________________________</w:t>
      </w:r>
    </w:p>
    <w:p>
      <w:r>
        <w:br w:type="page"/>
      </w:r>
    </w:p>
    <w:p>
      <w:pPr>
        <w:pStyle w:val="DMHeading"/>
        <w:spacing w:before="60" w:after="60"/>
      </w:pPr>
      <w:r>
        <w:t>DAY 3  |  Date: 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28"/>
        <w:gridCol w:w="3528"/>
        <w:gridCol w:w="3528"/>
      </w:tblGrid>
      <w:tr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BREAKFAST / MORNING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LUNCH / MIDDAY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DINNER / EVENING</w:t>
            </w:r>
          </w:p>
        </w:tc>
      </w:tr>
      <w:tr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Protein / dairy:</w:t>
              <w:br/>
              <w:t>____________________</w:t>
              <w:br/>
              <w:t>Vegetables / fruit:</w:t>
              <w:br/>
              <w:t>____________________</w:t>
              <w:br/>
              <w:t>Grains / starches:</w:t>
              <w:br/>
              <w:t>____________________</w:t>
              <w:br/>
              <w:t>Fats / oils:</w:t>
              <w:br/>
              <w:t>____________________</w:t>
              <w:br/>
              <w:t>Other / sweets: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Midday snack:</w:t>
              <w:br/>
              <w:t>____________________</w:t>
              <w:br/>
              <w:t>Water / other drinks:</w:t>
              <w:br/>
              <w:t>____________________</w:t>
              <w:br/>
              <w:t>Energy / cravings: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Night snack:</w:t>
              <w:br/>
              <w:t>____________________</w:t>
              <w:br/>
              <w:t>Bowel movements:</w:t>
              <w:br/>
              <w:t>____________________</w:t>
              <w:br/>
              <w:t>Sleep hours: ________</w:t>
              <w:br/>
              <w:t>Sleep quality 1 2 3 4 5</w:t>
            </w:r>
          </w:p>
        </w:tc>
      </w:tr>
    </w:tbl>
    <w:p>
      <w:pPr>
        <w:spacing w:after="40"/>
      </w:pPr>
      <w:r>
        <w:rPr>
          <w:b/>
        </w:rPr>
        <w:t xml:space="preserve">Notes / symptoms / reactions: </w:t>
      </w: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________________________________________________________________________________________________________</w:t>
      </w:r>
    </w:p>
    <w:p>
      <w:pPr>
        <w:pStyle w:val="DMHeading"/>
        <w:spacing w:before="60" w:after="60"/>
      </w:pPr>
      <w:r>
        <w:t>DAY 4  |  Date: 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28"/>
        <w:gridCol w:w="3528"/>
        <w:gridCol w:w="3528"/>
      </w:tblGrid>
      <w:tr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BREAKFAST / MORNING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LUNCH / MIDDAY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DINNER / EVENING</w:t>
            </w:r>
          </w:p>
        </w:tc>
      </w:tr>
      <w:tr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Protein / dairy:</w:t>
              <w:br/>
              <w:t>____________________</w:t>
              <w:br/>
              <w:t>Vegetables / fruit:</w:t>
              <w:br/>
              <w:t>____________________</w:t>
              <w:br/>
              <w:t>Grains / starches:</w:t>
              <w:br/>
              <w:t>____________________</w:t>
              <w:br/>
              <w:t>Fats / oils:</w:t>
              <w:br/>
              <w:t>____________________</w:t>
              <w:br/>
              <w:t>Other / sweets: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Midday snack:</w:t>
              <w:br/>
              <w:t>____________________</w:t>
              <w:br/>
              <w:t>Water / other drinks:</w:t>
              <w:br/>
              <w:t>____________________</w:t>
              <w:br/>
              <w:t>Energy / cravings: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Night snack:</w:t>
              <w:br/>
              <w:t>____________________</w:t>
              <w:br/>
              <w:t>Bowel movements:</w:t>
              <w:br/>
              <w:t>____________________</w:t>
              <w:br/>
              <w:t>Sleep hours: ________</w:t>
              <w:br/>
              <w:t>Sleep quality 1 2 3 4 5</w:t>
            </w:r>
          </w:p>
        </w:tc>
      </w:tr>
    </w:tbl>
    <w:p>
      <w:pPr>
        <w:spacing w:after="40"/>
      </w:pPr>
      <w:r>
        <w:rPr>
          <w:b/>
        </w:rPr>
        <w:t xml:space="preserve">Notes / symptoms / reactions: </w:t>
      </w: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________________________________________________________________________________________________________</w:t>
      </w:r>
    </w:p>
    <w:p>
      <w:r>
        <w:br w:type="page"/>
      </w:r>
    </w:p>
    <w:p>
      <w:pPr>
        <w:pStyle w:val="DMHeading"/>
        <w:spacing w:before="60" w:after="60"/>
      </w:pPr>
      <w:r>
        <w:t>DAY 5  |  Date: 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28"/>
        <w:gridCol w:w="3528"/>
        <w:gridCol w:w="3528"/>
      </w:tblGrid>
      <w:tr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BREAKFAST / MORNING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LUNCH / MIDDAY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DINNER / EVENING</w:t>
            </w:r>
          </w:p>
        </w:tc>
      </w:tr>
      <w:tr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Protein / dairy:</w:t>
              <w:br/>
              <w:t>____________________</w:t>
              <w:br/>
              <w:t>Vegetables / fruit:</w:t>
              <w:br/>
              <w:t>____________________</w:t>
              <w:br/>
              <w:t>Grains / starches:</w:t>
              <w:br/>
              <w:t>____________________</w:t>
              <w:br/>
              <w:t>Fats / oils:</w:t>
              <w:br/>
              <w:t>____________________</w:t>
              <w:br/>
              <w:t>Other / sweets: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Midday snack:</w:t>
              <w:br/>
              <w:t>____________________</w:t>
              <w:br/>
              <w:t>Water / other drinks:</w:t>
              <w:br/>
              <w:t>____________________</w:t>
              <w:br/>
              <w:t>Energy / cravings: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Night snack:</w:t>
              <w:br/>
              <w:t>____________________</w:t>
              <w:br/>
              <w:t>Bowel movements:</w:t>
              <w:br/>
              <w:t>____________________</w:t>
              <w:br/>
              <w:t>Sleep hours: ________</w:t>
              <w:br/>
              <w:t>Sleep quality 1 2 3 4 5</w:t>
            </w:r>
          </w:p>
        </w:tc>
      </w:tr>
    </w:tbl>
    <w:p>
      <w:pPr>
        <w:spacing w:after="40"/>
      </w:pPr>
      <w:r>
        <w:rPr>
          <w:b/>
        </w:rPr>
        <w:t xml:space="preserve">Notes / symptoms / reactions: </w:t>
      </w: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________________________________________________________________________________________________________</w:t>
      </w:r>
    </w:p>
    <w:p>
      <w:pPr>
        <w:pStyle w:val="DMHeading"/>
        <w:spacing w:before="60" w:after="60"/>
      </w:pPr>
      <w:r>
        <w:t>DAY 6  |  Date: 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28"/>
        <w:gridCol w:w="3528"/>
        <w:gridCol w:w="3528"/>
      </w:tblGrid>
      <w:tr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BREAKFAST / MORNING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LUNCH / MIDDAY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DINNER / EVENING</w:t>
            </w:r>
          </w:p>
        </w:tc>
      </w:tr>
      <w:tr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Protein / dairy:</w:t>
              <w:br/>
              <w:t>____________________</w:t>
              <w:br/>
              <w:t>Vegetables / fruit:</w:t>
              <w:br/>
              <w:t>____________________</w:t>
              <w:br/>
              <w:t>Grains / starches:</w:t>
              <w:br/>
              <w:t>____________________</w:t>
              <w:br/>
              <w:t>Fats / oils:</w:t>
              <w:br/>
              <w:t>____________________</w:t>
              <w:br/>
              <w:t>Other / sweets: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Midday snack:</w:t>
              <w:br/>
              <w:t>____________________</w:t>
              <w:br/>
              <w:t>Water / other drinks:</w:t>
              <w:br/>
              <w:t>____________________</w:t>
              <w:br/>
              <w:t>Energy / cravings: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Night snack:</w:t>
              <w:br/>
              <w:t>____________________</w:t>
              <w:br/>
              <w:t>Bowel movements:</w:t>
              <w:br/>
              <w:t>____________________</w:t>
              <w:br/>
              <w:t>Sleep hours: ________</w:t>
              <w:br/>
              <w:t>Sleep quality 1 2 3 4 5</w:t>
            </w:r>
          </w:p>
        </w:tc>
      </w:tr>
    </w:tbl>
    <w:p>
      <w:pPr>
        <w:spacing w:after="40"/>
      </w:pPr>
      <w:r>
        <w:rPr>
          <w:b/>
        </w:rPr>
        <w:t xml:space="preserve">Notes / symptoms / reactions: </w:t>
      </w: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________________________________________________________________________________________________________</w:t>
      </w:r>
    </w:p>
    <w:p>
      <w:r>
        <w:br w:type="page"/>
      </w:r>
    </w:p>
    <w:p>
      <w:pPr>
        <w:pStyle w:val="DMHeading"/>
        <w:spacing w:before="60" w:after="60"/>
      </w:pPr>
      <w:r>
        <w:t>DAY 7  |  Date: 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28"/>
        <w:gridCol w:w="3528"/>
        <w:gridCol w:w="3528"/>
      </w:tblGrid>
      <w:tr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BREAKFAST / MORNING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LUNCH / MIDDAY</w:t>
            </w:r>
          </w:p>
        </w:tc>
        <w:tc>
          <w:tcPr>
            <w:tcW w:type="dxa" w:w="3648"/>
            <w:shd w:fill="183C32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b/>
                <w:color w:val="FFFFFF"/>
                <w:sz w:val="16"/>
              </w:rPr>
              <w:t>DINNER / EVENING</w:t>
            </w:r>
          </w:p>
        </w:tc>
      </w:tr>
      <w:tr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Protein / dairy:</w:t>
              <w:br/>
              <w:t>____________________</w:t>
              <w:br/>
              <w:t>Vegetables / fruit:</w:t>
              <w:br/>
              <w:t>____________________</w:t>
              <w:br/>
              <w:t>Grains / starches:</w:t>
              <w:br/>
              <w:t>____________________</w:t>
              <w:br/>
              <w:t>Fats / oils:</w:t>
              <w:br/>
              <w:t>____________________</w:t>
              <w:br/>
              <w:t>Other / sweets: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Midday snack:</w:t>
              <w:br/>
              <w:t>____________________</w:t>
              <w:br/>
              <w:t>Water / other drinks:</w:t>
              <w:br/>
              <w:t>____________________</w:t>
              <w:br/>
              <w:t>Energy / cravings:</w:t>
              <w:br/>
              <w:t>____________________</w:t>
            </w:r>
          </w:p>
        </w:tc>
        <w:tc>
          <w:tcPr>
            <w:tcW w:type="dxa" w:w="3528"/>
            <w:tcMar>
              <w:top w:w="50" w:type="dxa"/>
              <w:start w:w="70" w:type="dxa"/>
              <w:bottom w:w="50" w:type="dxa"/>
              <w:end w:w="70" w:type="dxa"/>
            </w:tcMar>
            <w:vAlign w:val="top"/>
          </w:tcPr>
          <w:p>
            <w:r>
              <w:t>Time: __________</w:t>
              <w:br/>
              <w:t>Foods / amounts:</w:t>
              <w:br/>
              <w:t>____________________</w:t>
              <w:br/>
              <w:t>____________________</w:t>
              <w:br/>
              <w:t>Night snack:</w:t>
              <w:br/>
              <w:t>____________________</w:t>
              <w:br/>
              <w:t>Bowel movements:</w:t>
              <w:br/>
              <w:t>____________________</w:t>
              <w:br/>
              <w:t>Sleep hours: ________</w:t>
              <w:br/>
              <w:t>Sleep quality 1 2 3 4 5</w:t>
            </w:r>
          </w:p>
        </w:tc>
      </w:tr>
    </w:tbl>
    <w:p>
      <w:pPr>
        <w:spacing w:after="40"/>
      </w:pPr>
      <w:r>
        <w:rPr>
          <w:b/>
        </w:rPr>
        <w:t xml:space="preserve">Notes / symptoms / reactions: </w:t>
      </w:r>
      <w:r>
        <w:t>________________________________________________________________________________</w:t>
      </w:r>
    </w:p>
    <w:p>
      <w:pPr>
        <w:spacing w:after="40"/>
      </w:pPr>
      <w:r>
        <w:t>________________________________________________________________________________________________________</w:t>
      </w:r>
    </w:p>
    <w:p>
      <w:r>
        <w:br w:type="page"/>
      </w:r>
    </w:p>
    <w:p>
      <w:pPr>
        <w:pStyle w:val="DMTitle"/>
        <w:jc w:val="center"/>
      </w:pPr>
      <w:r>
        <w:t>DAYMAKER WELLNESS</w:t>
        <w:br/>
        <w:t>SYSTEMS &amp; SYMPTOM SURVEY</w:t>
      </w:r>
    </w:p>
    <w:p>
      <w:pPr>
        <w:jc w:val="center"/>
      </w:pPr>
      <w:r>
        <w:rPr>
          <w:b/>
        </w:rPr>
        <w:t>Mark only what applies to you:  1 = occasional/mild   2 = recurring/moderate   3 = frequent/significant</w:t>
      </w:r>
    </w:p>
    <w:p>
      <w:r>
        <w:t>This survey is an educational pattern-recognition tool. It is not intended to diagnose a disease or determine a nutrient deficiency.</w:t>
      </w:r>
    </w:p>
    <w:p>
      <w:pPr>
        <w:pStyle w:val="DMHeading"/>
      </w:pPr>
      <w:r>
        <w:t>Digestion &amp; Upper GI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Acidic foods upset stomach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Frequent belching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Lump or tight feeling in throat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Dry mouth / eyes / nose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Rapid pulse after meals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Gagging occasionally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Indigestion after meals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Nausea after eating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Greasy foods upset stomach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Stools unusually light-colored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Bad breath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Gas shortly after eating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Bloating after meals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Loose or watery stool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Constipation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/>
        </w:tc>
      </w:tr>
    </w:tbl>
    <w:p/>
    <w:p>
      <w:pPr>
        <w:pStyle w:val="DMHeading"/>
      </w:pPr>
      <w:r>
        <w:t>Energy, Appetite &amp; Blood-Sugar Patterns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Excessive appetite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Hungry between meals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Irritable before meals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Shaky if hungry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Fatigue improves after eating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Lightheaded when meals are delayed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Fatigue in afternoons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Crave sweets or coffee in afternoon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Wake after a few hours and struggle to return to sleep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Strong cravings for sweets or snacks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Drowsiness after eating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/>
        </w:tc>
      </w:tr>
    </w:tbl>
    <w:p/>
    <w:p>
      <w:pPr>
        <w:pStyle w:val="DMHeading"/>
      </w:pPr>
      <w:r>
        <w:t>Stress, Sleep &amp; Nervous System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Unable to relax / startles easily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Feels nervous or keyed-up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Strong light irritates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Restless or irritable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Difficulty sleeping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Night sweats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Frequent headaches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Dizziness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Blurred vision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Sensitivity to noise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Numbness or tingling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/>
        </w:tc>
      </w:tr>
    </w:tbl>
    <w:p/>
    <w:p>
      <w:r>
        <w:br w:type="page"/>
      </w:r>
    </w:p>
    <w:p>
      <w:pPr>
        <w:pStyle w:val="DMHeading"/>
      </w:pPr>
      <w:r>
        <w:t>Temperature, Circulation &amp; Exercise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Cold hands or feet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Gets heated easily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Sensitive to cold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Hands or feet fall asleep easily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Shortness of breath with exertion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Chest tightness or pressure with exertion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Fatigue upon exertion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Poor circulation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Swollen ankles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Visible veins on chest/abdomen</w:t>
            </w:r>
          </w:p>
        </w:tc>
      </w:tr>
    </w:tbl>
    <w:p/>
    <w:p>
      <w:pPr>
        <w:pStyle w:val="DMHeading"/>
      </w:pPr>
      <w:r>
        <w:t>Skin, Hair &amp; Immune Patterns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Dry skin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Itching skin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Occasional skin rashes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Hair loss or thinning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Sensitive skin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Areas of skin darkening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Frequent sneezing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Upper respiratory sensitivity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Slow recovery / frequent immune challenges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/>
        </w:tc>
      </w:tr>
    </w:tbl>
    <w:p/>
    <w:p>
      <w:pPr>
        <w:pStyle w:val="DMHeading"/>
      </w:pPr>
      <w:r>
        <w:t>Muscle, Joint &amp; Recovery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Joint stiffness on arising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Muscle or leg cramps at night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Muscle weakness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Lack of stamina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Muscular soreness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Muscle spasms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Stiff joints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Redness or warmth of hands/feet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Leg nervousness at night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/>
        </w:tc>
      </w:tr>
    </w:tbl>
    <w:p/>
    <w:p>
      <w:r>
        <w:br w:type="page"/>
      </w:r>
    </w:p>
    <w:p>
      <w:pPr>
        <w:pStyle w:val="DMHeading"/>
      </w:pPr>
      <w:r>
        <w:t>Mood, Memory &amp; Cognitive Patterns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Difficulty concentrating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Memory changes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Mood feels low or melancholic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Highly emotional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Restless under pressure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Reduced initiative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Mental sluggishness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Brain fog after meals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Difficulty staying focused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/>
        </w:tc>
      </w:tr>
    </w:tbl>
    <w:p/>
    <w:p>
      <w:pPr>
        <w:pStyle w:val="DMHeading"/>
      </w:pPr>
      <w:r>
        <w:t>Urinary, Thirst &amp; Fluid Balance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Unusual thirst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Changes in urinary frequency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Sugar noted in urine previously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Swelling / fluid retention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Frequent nighttime urination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Urinary stream changes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Feeling of incomplete emptying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/>
        </w:tc>
      </w:tr>
    </w:tbl>
    <w:p/>
    <w:p>
      <w:pPr>
        <w:pStyle w:val="DMHeading"/>
      </w:pPr>
      <w:r>
        <w:t>Hormone / Life-Stage Patterns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Heat intolerance / hot flashes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Night sweats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Changes in weight or appetite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Menstrual discomfort or cycle changes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Premenstrual tension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Changes in libido</w:t>
            </w:r>
          </w:p>
        </w:tc>
      </w:tr>
      <w:tr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Changes in hair growth</w:t>
            </w:r>
          </w:p>
        </w:tc>
        <w:tc>
          <w:tcPr>
            <w:tcW w:type="dxa" w:w="5472"/>
            <w:tcMar>
              <w:top w:w="25" w:type="dxa"/>
              <w:start w:w="70" w:type="dxa"/>
              <w:bottom w:w="25" w:type="dxa"/>
              <w:end w:w="70" w:type="dxa"/>
            </w:tcMar>
          </w:tcPr>
          <w:p>
            <w:r>
              <w:t>○1  ○2  ○3   Fatigue that varies with cycle or life stage</w:t>
            </w:r>
          </w:p>
        </w:tc>
      </w:tr>
    </w:tbl>
    <w:p/>
    <w:p>
      <w:r>
        <w:br w:type="page"/>
      </w:r>
    </w:p>
    <w:p>
      <w:pPr>
        <w:pStyle w:val="DMTitle"/>
        <w:jc w:val="center"/>
      </w:pPr>
      <w:r>
        <w:t>YOUR PRIORITIES</w:t>
      </w:r>
    </w:p>
    <w:p>
      <w:r>
        <w:t>List the five concerns you most want to improve or understand:</w:t>
      </w:r>
    </w:p>
    <w:p>
      <w:r>
        <w:t>1. ______________________________________________________________________________________________</w:t>
      </w:r>
    </w:p>
    <w:p>
      <w:r>
        <w:t>2. ______________________________________________________________________________________________</w:t>
      </w:r>
    </w:p>
    <w:p>
      <w:r>
        <w:t>3. ______________________________________________________________________________________________</w:t>
      </w:r>
    </w:p>
    <w:p>
      <w:r>
        <w:t>4. ______________________________________________________________________________________________</w:t>
      </w:r>
    </w:p>
    <w:p>
      <w:r>
        <w:t>5. ______________________________________________________________________________________________</w:t>
      </w:r>
    </w:p>
    <w:p>
      <w:pPr>
        <w:pStyle w:val="DMHeading"/>
      </w:pPr>
      <w:r>
        <w:t>Additional context</w:t>
      </w:r>
    </w:p>
    <w:p>
      <w:r>
        <w:t>Recent labs / testing: __________________________________________________________________________________</w:t>
      </w:r>
    </w:p>
    <w:p>
      <w:r>
        <w:t>Current medications: __________________________________________________________________________________</w:t>
      </w:r>
    </w:p>
    <w:p>
      <w:r>
        <w:t>Current supplements: __________________________________________________________________________________</w:t>
      </w:r>
    </w:p>
    <w:p>
      <w:r>
        <w:t>Known food reactions / allergies: __________________________________________________________________________________</w:t>
      </w:r>
    </w:p>
    <w:p>
      <w:r>
        <w:t>Major lifestyle stressors: __________________________________________________________________________________</w:t>
      </w:r>
    </w:p>
    <w:p>
      <w:r>
        <w:t>What would a successful outcome look like? __________________________________________________________________________________</w:t>
      </w:r>
    </w:p>
    <w:p>
      <w:pPr>
        <w:pStyle w:val="DMHeading"/>
      </w:pPr>
      <w:r>
        <w:t>Important</w:t>
      </w:r>
    </w:p>
    <w:p>
      <w:r>
        <w:t>This document is for educational and wellness-planning purposes and is not a diagnostic instrument. Symptoms can have many causes. Significant, persistent, new, or worsening symptoms should be evaluated by an appropriately licensed healthcare professional. Do not stop prescribed medication or begin a therapeutic protocol based solely on this worksheet.</w:t>
      </w:r>
    </w:p>
    <w:p>
      <w:pPr>
        <w:pStyle w:val="DMSubheading"/>
      </w:pPr>
      <w:r>
        <w:t>Daymaker Wellness™  •  daymakerwellness.com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4"/>
      </w:rPr>
      <w:t>Daymaker Wellness™  |  daymakerwellness.com  |  Educational wellness assessment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183C32"/>
        <w:sz w:val="32"/>
      </w:rPr>
      <w:t>DAYMAKER</w:t>
    </w:r>
    <w:r>
      <w:rPr>
        <w:b/>
        <w:color w:val="D38A20"/>
        <w:sz w:val="20"/>
      </w:rPr>
      <w:t xml:space="preserve">  WELLNESS</w:t>
    </w:r>
  </w:p>
  <w:p>
    <w:pPr>
      <w:jc w:val="center"/>
    </w:pPr>
    <w:r>
      <w:rPr>
        <w:color w:val="666666"/>
        <w:sz w:val="14"/>
      </w:rPr>
      <w:t>PRECISION WELLNESS • NUTRITION • LIFESTYLE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MTitle">
    <w:name w:val="DM Title"/>
    <w:rPr>
      <w:rFonts w:ascii="Aptos Display" w:hAnsi="Aptos Display"/>
      <w:b/>
      <w:color w:val="183C32"/>
      <w:sz w:val="44"/>
    </w:rPr>
  </w:style>
  <w:style w:type="paragraph" w:customStyle="1" w:styleId="DMHeading">
    <w:name w:val="DM Heading"/>
    <w:rPr>
      <w:rFonts w:ascii="Aptos Display" w:hAnsi="Aptos Display"/>
      <w:b/>
      <w:color w:val="183C32"/>
      <w:sz w:val="28"/>
    </w:rPr>
  </w:style>
  <w:style w:type="paragraph" w:customStyle="1" w:styleId="DMSubheading">
    <w:name w:val="DM Subheading"/>
    <w:rPr>
      <w:rFonts w:ascii="Aptos Display" w:hAnsi="Aptos Display"/>
      <w:b/>
      <w:color w:val="D38A20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